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F5A" w:rsidRPr="00083F5A" w:rsidRDefault="00083F5A">
      <w:pPr>
        <w:jc w:val="center"/>
        <w:rPr>
          <w:b/>
          <w:color w:val="auto"/>
          <w:sz w:val="30"/>
        </w:rPr>
      </w:pPr>
    </w:p>
    <w:p w:rsidR="00457600" w:rsidRPr="00083F5A" w:rsidRDefault="002544BB">
      <w:pPr>
        <w:jc w:val="center"/>
        <w:rPr>
          <w:color w:val="auto"/>
        </w:rPr>
      </w:pPr>
      <w:r w:rsidRPr="00083F5A">
        <w:rPr>
          <w:b/>
          <w:color w:val="auto"/>
          <w:sz w:val="30"/>
        </w:rPr>
        <w:t>DECLARAÇÃO DE ENQUADRAMENTO COMO ICT</w:t>
      </w:r>
    </w:p>
    <w:p w:rsidR="00457600" w:rsidRPr="00083F5A" w:rsidRDefault="002544BB">
      <w:pPr>
        <w:jc w:val="center"/>
        <w:rPr>
          <w:color w:val="auto"/>
        </w:rPr>
      </w:pPr>
      <w:r w:rsidRPr="00083F5A">
        <w:rPr>
          <w:i/>
          <w:color w:val="auto"/>
          <w:sz w:val="18"/>
        </w:rPr>
        <w:t>Instituição Científica, Tecnológica e de Inovação</w:t>
      </w:r>
    </w:p>
    <w:p w:rsidR="00457600" w:rsidRPr="00083F5A" w:rsidRDefault="00457600">
      <w:pPr>
        <w:rPr>
          <w:color w:val="auto"/>
        </w:rPr>
      </w:pPr>
    </w:p>
    <w:p w:rsidR="00457600" w:rsidRPr="00083F5A" w:rsidRDefault="002544BB">
      <w:pPr>
        <w:spacing w:line="300" w:lineRule="auto"/>
        <w:jc w:val="both"/>
        <w:rPr>
          <w:color w:val="auto"/>
        </w:rPr>
      </w:pPr>
      <w:r w:rsidRPr="00083F5A">
        <w:rPr>
          <w:color w:val="auto"/>
        </w:rPr>
        <w:t xml:space="preserve">Eu, _____________________________________________, inscrito(a) no CPF nº ______________________, na qualidade de dirigente máximo da instituição </w:t>
      </w:r>
      <w:r w:rsidRPr="00083F5A">
        <w:rPr>
          <w:color w:val="auto"/>
        </w:rPr>
        <w:t>________________________________________________, inscrita no CNPJ nº ________________________, declaro, para fins de cadastro junto à Fundação de Amparo à Pesquisa do Estado do Rio Grande do Sul - FAPERGS, que a referida instituição enquadra-se como Insti</w:t>
      </w:r>
      <w:r w:rsidRPr="00083F5A">
        <w:rPr>
          <w:color w:val="auto"/>
        </w:rPr>
        <w:t>tuição Científica, Tecnológica e de Inovação (ICT), nos termos da legislação vigente.</w:t>
      </w:r>
    </w:p>
    <w:p w:rsidR="00457600" w:rsidRPr="00083F5A" w:rsidRDefault="002544BB">
      <w:pPr>
        <w:spacing w:line="300" w:lineRule="auto"/>
        <w:jc w:val="both"/>
        <w:rPr>
          <w:color w:val="auto"/>
        </w:rPr>
      </w:pPr>
      <w:proofErr w:type="gramStart"/>
      <w:r w:rsidRPr="00083F5A">
        <w:rPr>
          <w:color w:val="auto"/>
        </w:rPr>
        <w:t>Declaro, ainda, que as informações prestadas são verdadeiras e assumo integral responsabilidade pela sua exatidão.</w:t>
      </w:r>
      <w:proofErr w:type="gramEnd"/>
    </w:p>
    <w:p w:rsidR="00457600" w:rsidRPr="00083F5A" w:rsidRDefault="002544BB">
      <w:pPr>
        <w:rPr>
          <w:color w:val="auto"/>
        </w:rPr>
      </w:pPr>
      <w:r w:rsidRPr="00083F5A">
        <w:rPr>
          <w:color w:val="auto"/>
        </w:rPr>
        <w:br/>
      </w:r>
    </w:p>
    <w:p w:rsidR="00457600" w:rsidRPr="00083F5A" w:rsidRDefault="002544BB">
      <w:pPr>
        <w:jc w:val="center"/>
        <w:rPr>
          <w:color w:val="auto"/>
        </w:rPr>
      </w:pPr>
      <w:proofErr w:type="gramStart"/>
      <w:r w:rsidRPr="00083F5A">
        <w:rPr>
          <w:color w:val="auto"/>
        </w:rPr>
        <w:t>_____________________________, ____ de ______________</w:t>
      </w:r>
      <w:r w:rsidRPr="00083F5A">
        <w:rPr>
          <w:color w:val="auto"/>
        </w:rPr>
        <w:t>_____ de ______.</w:t>
      </w:r>
      <w:proofErr w:type="gramEnd"/>
    </w:p>
    <w:p w:rsidR="00457600" w:rsidRPr="00083F5A" w:rsidRDefault="002544BB">
      <w:pPr>
        <w:rPr>
          <w:color w:val="auto"/>
        </w:rPr>
      </w:pPr>
      <w:r w:rsidRPr="00083F5A">
        <w:rPr>
          <w:color w:val="auto"/>
        </w:rPr>
        <w:br/>
      </w:r>
    </w:p>
    <w:p w:rsidR="00457600" w:rsidRPr="00083F5A" w:rsidRDefault="002544BB">
      <w:pPr>
        <w:jc w:val="center"/>
        <w:rPr>
          <w:color w:val="auto"/>
        </w:rPr>
      </w:pPr>
      <w:r w:rsidRPr="00083F5A">
        <w:rPr>
          <w:color w:val="auto"/>
        </w:rPr>
        <w:t>________________________________________________</w:t>
      </w:r>
    </w:p>
    <w:p w:rsidR="00457600" w:rsidRPr="00083F5A" w:rsidRDefault="002544BB">
      <w:pPr>
        <w:spacing w:after="120"/>
        <w:jc w:val="center"/>
        <w:rPr>
          <w:color w:val="auto"/>
        </w:rPr>
      </w:pPr>
      <w:r w:rsidRPr="00083F5A">
        <w:rPr>
          <w:color w:val="auto"/>
          <w:sz w:val="18"/>
        </w:rPr>
        <w:t xml:space="preserve">Nome </w:t>
      </w:r>
      <w:proofErr w:type="gramStart"/>
      <w:r w:rsidRPr="00083F5A">
        <w:rPr>
          <w:color w:val="auto"/>
          <w:sz w:val="18"/>
        </w:rPr>
        <w:t>do</w:t>
      </w:r>
      <w:proofErr w:type="gramEnd"/>
      <w:r w:rsidRPr="00083F5A">
        <w:rPr>
          <w:color w:val="auto"/>
          <w:sz w:val="18"/>
        </w:rPr>
        <w:t xml:space="preserve"> dirigente máximo</w:t>
      </w:r>
    </w:p>
    <w:p w:rsidR="00457600" w:rsidRPr="00083F5A" w:rsidRDefault="002544BB">
      <w:pPr>
        <w:jc w:val="center"/>
        <w:rPr>
          <w:color w:val="auto"/>
        </w:rPr>
      </w:pPr>
      <w:r w:rsidRPr="00083F5A">
        <w:rPr>
          <w:color w:val="auto"/>
        </w:rPr>
        <w:t>________________________________________________</w:t>
      </w:r>
    </w:p>
    <w:p w:rsidR="00457600" w:rsidRPr="00083F5A" w:rsidRDefault="002544BB">
      <w:pPr>
        <w:spacing w:after="120"/>
        <w:jc w:val="center"/>
        <w:rPr>
          <w:color w:val="auto"/>
        </w:rPr>
      </w:pPr>
      <w:r w:rsidRPr="00083F5A">
        <w:rPr>
          <w:color w:val="auto"/>
          <w:sz w:val="18"/>
        </w:rPr>
        <w:t>Cargo</w:t>
      </w:r>
    </w:p>
    <w:p w:rsidR="00457600" w:rsidRPr="00083F5A" w:rsidRDefault="002544BB">
      <w:pPr>
        <w:jc w:val="center"/>
        <w:rPr>
          <w:color w:val="auto"/>
        </w:rPr>
      </w:pPr>
      <w:r w:rsidRPr="00083F5A">
        <w:rPr>
          <w:color w:val="auto"/>
        </w:rPr>
        <w:t>________________________________________________</w:t>
      </w:r>
    </w:p>
    <w:p w:rsidR="00457600" w:rsidRPr="00083F5A" w:rsidRDefault="002544BB">
      <w:pPr>
        <w:spacing w:after="120"/>
        <w:jc w:val="center"/>
        <w:rPr>
          <w:color w:val="auto"/>
        </w:rPr>
      </w:pPr>
      <w:r w:rsidRPr="00083F5A">
        <w:rPr>
          <w:color w:val="auto"/>
          <w:sz w:val="18"/>
        </w:rPr>
        <w:t>Assinatura</w:t>
      </w:r>
    </w:p>
    <w:sectPr w:rsidR="00457600" w:rsidRPr="00083F5A" w:rsidSect="00034616">
      <w:headerReference w:type="default" r:id="rId8"/>
      <w:footerReference w:type="default" r:id="rId9"/>
      <w:pgSz w:w="12240" w:h="15840"/>
      <w:pgMar w:top="1191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4BB" w:rsidRDefault="002544BB" w:rsidP="00457600">
      <w:pPr>
        <w:spacing w:after="0" w:line="240" w:lineRule="auto"/>
      </w:pPr>
      <w:r>
        <w:separator/>
      </w:r>
    </w:p>
  </w:endnote>
  <w:endnote w:type="continuationSeparator" w:id="0">
    <w:p w:rsidR="002544BB" w:rsidRDefault="002544BB" w:rsidP="0045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F5A" w:rsidRPr="00036107" w:rsidRDefault="00083F5A" w:rsidP="00083F5A">
    <w:pPr>
      <w:pStyle w:val="Rodap"/>
      <w:rPr>
        <w:color w:val="008E40"/>
        <w:sz w:val="16"/>
        <w:szCs w:val="16"/>
      </w:rPr>
    </w:pPr>
    <w:r>
      <w:rPr>
        <w:b/>
        <w:color w:val="008E40"/>
        <w:szCs w:val="20"/>
      </w:rPr>
      <w:t>F</w:t>
    </w:r>
    <w:r w:rsidRPr="00036107">
      <w:rPr>
        <w:b/>
        <w:color w:val="008E40"/>
        <w:szCs w:val="20"/>
      </w:rPr>
      <w:t xml:space="preserve">APERGS – O </w:t>
    </w:r>
    <w:proofErr w:type="spellStart"/>
    <w:r w:rsidRPr="00036107">
      <w:rPr>
        <w:b/>
        <w:color w:val="008E40"/>
        <w:szCs w:val="20"/>
      </w:rPr>
      <w:t>futuro</w:t>
    </w:r>
    <w:proofErr w:type="spellEnd"/>
    <w:r w:rsidRPr="00036107">
      <w:rPr>
        <w:b/>
        <w:color w:val="008E40"/>
        <w:szCs w:val="20"/>
      </w:rPr>
      <w:t xml:space="preserve"> se </w:t>
    </w:r>
    <w:proofErr w:type="spellStart"/>
    <w:r w:rsidRPr="00036107">
      <w:rPr>
        <w:b/>
        <w:color w:val="008E40"/>
        <w:szCs w:val="20"/>
      </w:rPr>
      <w:t>faz</w:t>
    </w:r>
    <w:proofErr w:type="spellEnd"/>
    <w:r w:rsidRPr="00036107">
      <w:rPr>
        <w:b/>
        <w:color w:val="008E40"/>
        <w:szCs w:val="20"/>
      </w:rPr>
      <w:t xml:space="preserve"> com </w:t>
    </w:r>
    <w:proofErr w:type="spellStart"/>
    <w:r w:rsidRPr="00036107">
      <w:rPr>
        <w:b/>
        <w:color w:val="008E40"/>
        <w:szCs w:val="20"/>
      </w:rPr>
      <w:t>pesquisa</w:t>
    </w:r>
    <w:proofErr w:type="spellEnd"/>
    <w:r w:rsidRPr="00036107">
      <w:rPr>
        <w:b/>
        <w:color w:val="008E40"/>
        <w:szCs w:val="20"/>
      </w:rPr>
      <w:t>.</w:t>
    </w:r>
    <w:r w:rsidRPr="00036107">
      <w:rPr>
        <w:color w:val="008E40"/>
      </w:rPr>
      <w:t xml:space="preserve">     </w:t>
    </w:r>
    <w:r w:rsidRPr="00036107">
      <w:rPr>
        <w:color w:val="008E40"/>
        <w:sz w:val="16"/>
        <w:szCs w:val="16"/>
      </w:rPr>
      <w:t xml:space="preserve"> </w:t>
    </w:r>
    <w:proofErr w:type="spellStart"/>
    <w:r w:rsidRPr="00036107">
      <w:rPr>
        <w:color w:val="008E40"/>
        <w:sz w:val="16"/>
        <w:szCs w:val="16"/>
      </w:rPr>
      <w:t>Rua</w:t>
    </w:r>
    <w:proofErr w:type="spellEnd"/>
    <w:r w:rsidRPr="00036107">
      <w:rPr>
        <w:color w:val="008E40"/>
        <w:sz w:val="16"/>
        <w:szCs w:val="16"/>
      </w:rPr>
      <w:t xml:space="preserve"> Carlos </w:t>
    </w:r>
    <w:proofErr w:type="spellStart"/>
    <w:r w:rsidRPr="00036107">
      <w:rPr>
        <w:color w:val="008E40"/>
        <w:sz w:val="16"/>
        <w:szCs w:val="16"/>
      </w:rPr>
      <w:t>Chagas</w:t>
    </w:r>
    <w:proofErr w:type="spellEnd"/>
    <w:r w:rsidRPr="00036107">
      <w:rPr>
        <w:color w:val="008E40"/>
        <w:sz w:val="16"/>
        <w:szCs w:val="16"/>
      </w:rPr>
      <w:t xml:space="preserve">, 55/3º </w:t>
    </w:r>
    <w:proofErr w:type="spellStart"/>
    <w:r w:rsidRPr="00036107">
      <w:rPr>
        <w:color w:val="008E40"/>
        <w:sz w:val="16"/>
        <w:szCs w:val="16"/>
      </w:rPr>
      <w:t>andar</w:t>
    </w:r>
    <w:proofErr w:type="spellEnd"/>
    <w:r w:rsidRPr="00036107">
      <w:rPr>
        <w:color w:val="008E40"/>
        <w:sz w:val="16"/>
        <w:szCs w:val="16"/>
      </w:rPr>
      <w:t xml:space="preserve"> |</w:t>
    </w:r>
    <w:proofErr w:type="spellStart"/>
    <w:r w:rsidRPr="00036107">
      <w:rPr>
        <w:color w:val="008E40"/>
        <w:sz w:val="16"/>
        <w:szCs w:val="16"/>
      </w:rPr>
      <w:t>centro</w:t>
    </w:r>
    <w:proofErr w:type="spellEnd"/>
    <w:r w:rsidRPr="00036107">
      <w:rPr>
        <w:color w:val="008E40"/>
        <w:sz w:val="16"/>
        <w:szCs w:val="16"/>
      </w:rPr>
      <w:t xml:space="preserve">| Porto </w:t>
    </w:r>
    <w:proofErr w:type="spellStart"/>
    <w:r w:rsidRPr="00036107">
      <w:rPr>
        <w:color w:val="008E40"/>
        <w:sz w:val="16"/>
        <w:szCs w:val="16"/>
      </w:rPr>
      <w:t>Alegre</w:t>
    </w:r>
    <w:proofErr w:type="spellEnd"/>
    <w:r w:rsidRPr="00036107">
      <w:rPr>
        <w:color w:val="008E40"/>
        <w:sz w:val="16"/>
        <w:szCs w:val="16"/>
      </w:rPr>
      <w:t>/RS |CEP 90030-020</w:t>
    </w:r>
  </w:p>
  <w:p w:rsidR="00083F5A" w:rsidRDefault="00083F5A" w:rsidP="00083F5A">
    <w:pPr>
      <w:pStyle w:val="Rodap"/>
      <w:jc w:val="center"/>
      <w:rPr>
        <w:color w:val="008E40"/>
        <w:sz w:val="16"/>
        <w:szCs w:val="16"/>
      </w:rPr>
    </w:pPr>
    <w:r>
      <w:rPr>
        <w:color w:val="008E40"/>
        <w:sz w:val="16"/>
        <w:szCs w:val="16"/>
      </w:rPr>
      <w:t xml:space="preserve">                                                     </w:t>
    </w:r>
    <w:proofErr w:type="spellStart"/>
    <w:r w:rsidRPr="00036107">
      <w:rPr>
        <w:color w:val="008E40"/>
        <w:sz w:val="16"/>
        <w:szCs w:val="16"/>
      </w:rPr>
      <w:t>Fone</w:t>
    </w:r>
    <w:proofErr w:type="spellEnd"/>
    <w:r w:rsidRPr="00036107">
      <w:rPr>
        <w:color w:val="008E40"/>
        <w:sz w:val="16"/>
        <w:szCs w:val="16"/>
      </w:rPr>
      <w:t xml:space="preserve"> (51) 3221 4922 | www.fapergs.rs.gov.br</w:t>
    </w:r>
  </w:p>
  <w:p w:rsidR="00457600" w:rsidRPr="00083F5A" w:rsidRDefault="00457600" w:rsidP="00083F5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4BB" w:rsidRDefault="002544BB" w:rsidP="00457600">
      <w:pPr>
        <w:spacing w:after="0" w:line="240" w:lineRule="auto"/>
      </w:pPr>
      <w:r>
        <w:separator/>
      </w:r>
    </w:p>
  </w:footnote>
  <w:footnote w:type="continuationSeparator" w:id="0">
    <w:p w:rsidR="002544BB" w:rsidRDefault="002544BB" w:rsidP="00457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F5A" w:rsidRDefault="00083F5A" w:rsidP="00083F5A">
    <w:pPr>
      <w:pStyle w:val="Cabealho"/>
      <w:jc w:val="center"/>
    </w:pPr>
    <w:r>
      <w:rPr>
        <w:noProof/>
        <w:lang w:val="pt-BR" w:eastAsia="pt-BR"/>
      </w:rPr>
      <w:drawing>
        <wp:inline distT="0" distB="0" distL="0" distR="0">
          <wp:extent cx="3257550" cy="847725"/>
          <wp:effectExtent l="19050" t="0" r="0" b="0"/>
          <wp:docPr id="1" name="Imagem 1" descr="Descrição: C:\Documents and Settings\Marcel.FAPERGS\Desktop\20110324104228logomarca_fapergs_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Documents and Settings\Marcel.FAPERGS\Desktop\20110324104228logomarca_fapergs_horizont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83F5A" w:rsidRPr="00083F5A" w:rsidRDefault="00083F5A" w:rsidP="00083F5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83F5A"/>
    <w:rsid w:val="0015074B"/>
    <w:rsid w:val="002544BB"/>
    <w:rsid w:val="0029639D"/>
    <w:rsid w:val="00326F90"/>
    <w:rsid w:val="00457600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F1F1F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08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3F5A"/>
    <w:rPr>
      <w:rFonts w:ascii="Tahoma" w:hAnsi="Tahoma" w:cs="Tahoma"/>
      <w:color w:val="1F1F1F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7ED8A5-11E3-44CE-A086-0DDFD8C8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Evelize Cristine Bispo Farias</dc:creator>
  <dc:description>generated by python-docx</dc:description>
  <cp:lastModifiedBy>evelize-farias</cp:lastModifiedBy>
  <cp:revision>2</cp:revision>
  <dcterms:created xsi:type="dcterms:W3CDTF">2026-07-13T18:31:00Z</dcterms:created>
  <dcterms:modified xsi:type="dcterms:W3CDTF">2026-07-13T18:31:00Z</dcterms:modified>
</cp:coreProperties>
</file>